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</w:rPr>
        <w:t>SECURITY DEPOSIT RETURN LETTER</w:t>
      </w:r>
    </w:p>
    <w:p>
      <w:pPr>
        <w:spacing w:after="280"/>
      </w:pPr>
      <w:r>
        <w:rPr>
          <w:b w:val="0"/>
          <w:i/>
          <w:color w:val="71717A"/>
          <w:sz w:val="19"/>
        </w:rPr>
        <w:t>Fill in the [brackets], keep only the outcome paragraph that applies, and send it with the itemized statement by your state’s deadline. Delete this note before sending.</w:t>
      </w:r>
    </w:p>
    <w:p>
      <w:pPr>
        <w:spacing w:after="0"/>
      </w:pPr>
      <w:r>
        <w:rPr>
          <w:b w:val="0"/>
          <w:i w:val="0"/>
        </w:rPr>
        <w:t>[Your name]</w:t>
      </w:r>
    </w:p>
    <w:p>
      <w:pPr>
        <w:spacing w:after="0"/>
      </w:pPr>
      <w:r>
        <w:rPr>
          <w:b w:val="0"/>
          <w:i w:val="0"/>
        </w:rPr>
        <w:t>[Your mailing address]</w:t>
      </w:r>
    </w:p>
    <w:p>
      <w:pPr>
        <w:spacing w:after="240"/>
      </w:pPr>
      <w:r>
        <w:rPr>
          <w:b w:val="0"/>
          <w:i w:val="0"/>
        </w:rPr>
        <w:t>[City, State ZIP]</w:t>
      </w:r>
    </w:p>
    <w:p>
      <w:pPr>
        <w:spacing w:after="240"/>
      </w:pPr>
      <w:r>
        <w:rPr>
          <w:b w:val="0"/>
          <w:i w:val="0"/>
        </w:rPr>
        <w:t>[Date]</w:t>
      </w:r>
    </w:p>
    <w:p>
      <w:pPr>
        <w:spacing w:after="0"/>
      </w:pPr>
      <w:r>
        <w:rPr>
          <w:b w:val="0"/>
          <w:i w:val="0"/>
        </w:rPr>
        <w:t>[Tenant name(s)]</w:t>
      </w:r>
    </w:p>
    <w:p>
      <w:pPr>
        <w:spacing w:after="0"/>
      </w:pPr>
      <w:r>
        <w:rPr>
          <w:b w:val="0"/>
          <w:i w:val="0"/>
        </w:rPr>
        <w:t>[Tenant forwarding address]</w:t>
      </w:r>
    </w:p>
    <w:p>
      <w:pPr>
        <w:spacing w:after="240"/>
      </w:pPr>
      <w:r>
        <w:rPr>
          <w:b w:val="0"/>
          <w:i w:val="0"/>
        </w:rPr>
        <w:t>[City, State ZIP]</w:t>
      </w:r>
    </w:p>
    <w:p>
      <w:pPr>
        <w:spacing w:after="240"/>
      </w:pPr>
      <w:r>
        <w:rPr>
          <w:b/>
          <w:i w:val="0"/>
        </w:rPr>
        <w:t>Re: Security deposit for [property address, unit], tenancy from [move-in date] to [move-out date]</w:t>
      </w:r>
    </w:p>
    <w:p>
      <w:pPr>
        <w:spacing w:after="200"/>
      </w:pPr>
      <w:r>
        <w:rPr>
          <w:b w:val="0"/>
          <w:i w:val="0"/>
        </w:rPr>
        <w:t>Dear [Tenant name],</w:t>
      </w:r>
    </w:p>
    <w:p>
      <w:pPr>
        <w:spacing w:after="200"/>
      </w:pPr>
      <w:r>
        <w:rPr>
          <w:b w:val="0"/>
          <w:i w:val="0"/>
        </w:rPr>
        <w:t>This letter accounts for the security deposit I held for your tenancy at [property address, unit]. The numbers below are itemized on the enclosed statement.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</w:tcPr>
          <w:p>
            <w:r>
              <w:t>Security deposit held</w:t>
            </w:r>
          </w:p>
        </w:tc>
        <w:tc>
          <w:tcPr>
            <w:tcW w:type="dxa" w:w="4536"/>
          </w:tcPr>
          <w:p>
            <w:pPr>
              <w:jc w:val="right"/>
            </w:pPr>
            <w:r>
              <w:t>$[amount]</w:t>
            </w:r>
          </w:p>
        </w:tc>
      </w:tr>
      <w:tr>
        <w:tc>
          <w:tcPr>
            <w:tcW w:type="dxa" w:w="4536"/>
          </w:tcPr>
          <w:p>
            <w:r>
              <w:t>Interest owed (where state law requires)</w:t>
            </w:r>
          </w:p>
        </w:tc>
        <w:tc>
          <w:tcPr>
            <w:tcW w:type="dxa" w:w="4536"/>
          </w:tcPr>
          <w:p>
            <w:pPr>
              <w:jc w:val="right"/>
            </w:pPr>
            <w:r>
              <w:t>$[amount, or 0]</w:t>
            </w:r>
          </w:p>
        </w:tc>
      </w:tr>
      <w:tr>
        <w:tc>
          <w:tcPr>
            <w:tcW w:type="dxa" w:w="4536"/>
          </w:tcPr>
          <w:p>
            <w:r>
              <w:t>Total deductions (see enclosed itemized statement)</w:t>
            </w:r>
          </w:p>
        </w:tc>
        <w:tc>
          <w:tcPr>
            <w:tcW w:type="dxa" w:w="4536"/>
          </w:tcPr>
          <w:p>
            <w:pPr>
              <w:jc w:val="right"/>
            </w:pPr>
            <w:r>
              <w:t>$[amount]</w:t>
            </w:r>
          </w:p>
        </w:tc>
      </w:tr>
      <w:tr>
        <w:tc>
          <w:tcPr>
            <w:tcW w:type="dxa" w:w="4536"/>
          </w:tcPr>
          <w:p>
            <w:r>
              <w:rPr>
                <w:b/>
              </w:rPr>
              <w:t>Refund due to you</w:t>
            </w:r>
          </w:p>
        </w:tc>
        <w:tc>
          <w:tcPr>
            <w:tcW w:type="dxa" w:w="4536"/>
          </w:tcPr>
          <w:p>
            <w:pPr>
              <w:jc w:val="right"/>
            </w:pPr>
            <w:r>
              <w:rPr>
                <w:b/>
              </w:rPr>
              <w:t>$[amount]</w:t>
            </w:r>
          </w:p>
        </w:tc>
      </w:tr>
    </w:tbl>
    <w:p>
      <w:pPr>
        <w:spacing w:after="160"/>
      </w:pPr>
      <w:r>
        <w:rPr>
          <w:b w:val="0"/>
          <w:i w:val="0"/>
        </w:rPr>
      </w:r>
    </w:p>
    <w:p>
      <w:pPr>
        <w:spacing w:after="160"/>
      </w:pPr>
      <w:r>
        <w:rPr>
          <w:b w:val="0"/>
          <w:i/>
          <w:color w:val="71717A"/>
          <w:sz w:val="19"/>
        </w:rPr>
        <w:t>Keep ONE of the three paragraphs below and delete the other two.</w:t>
      </w:r>
    </w:p>
    <w:p>
      <w:pPr>
        <w:spacing w:after="200"/>
      </w:pPr>
      <w:r>
        <w:rPr>
          <w:b w:val="0"/>
          <w:i w:val="0"/>
        </w:rPr>
        <w:t>[If you are refunding in full:] I am returning your deposit in full. A check for $[amount] is enclosed with this letter. No deductions were taken.</w:t>
      </w:r>
    </w:p>
    <w:p>
      <w:pPr>
        <w:spacing w:after="200"/>
      </w:pPr>
      <w:r>
        <w:rPr>
          <w:b w:val="0"/>
          <w:i w:val="0"/>
        </w:rPr>
        <w:t>[If you are refunding part:] I have deducted $[amount] from your deposit for the items listed on the enclosed itemized statement. Each charge names the invoice, receipt, or dated photos behind it, and copies are enclosed. A check for the remaining $[amount] is enclosed with this letter.</w:t>
      </w:r>
    </w:p>
    <w:p>
      <w:pPr>
        <w:spacing w:after="200"/>
      </w:pPr>
      <w:r>
        <w:rPr>
          <w:b w:val="0"/>
          <w:i w:val="0"/>
        </w:rPr>
        <w:t>[If charges exceed the deposit:] The documented charges from your tenancy total $[amount], which is more than the $[amount] deposit plus any interest. The enclosed itemized statement lists each charge and the document behind it. After applying the full deposit, a balance of $[amount] remains due. Please send payment to the address above by [date].</w:t>
      </w:r>
    </w:p>
    <w:p>
      <w:pPr>
        <w:spacing w:after="200"/>
      </w:pPr>
      <w:r>
        <w:rPr>
          <w:b w:val="0"/>
          <w:i w:val="0"/>
        </w:rPr>
        <w:t>If you have a question about any item, contact me at [phone / email] and I will walk you through the document behind it.</w:t>
      </w:r>
    </w:p>
    <w:p>
      <w:pPr>
        <w:spacing w:after="480"/>
      </w:pPr>
      <w:r>
        <w:rPr>
          <w:b w:val="0"/>
          <w:i w:val="0"/>
        </w:rPr>
        <w:t>Sincerely,</w:t>
      </w:r>
    </w:p>
    <w:p>
      <w:pPr>
        <w:spacing w:after="0"/>
      </w:pPr>
      <w:r>
        <w:rPr>
          <w:b w:val="0"/>
          <w:i w:val="0"/>
        </w:rPr>
        <w:t>[Signature]</w:t>
      </w:r>
    </w:p>
    <w:p>
      <w:pPr>
        <w:spacing w:after="280"/>
      </w:pPr>
      <w:r>
        <w:rPr>
          <w:b w:val="0"/>
          <w:i w:val="0"/>
        </w:rPr>
        <w:t>[Landlord name]</w:t>
      </w:r>
    </w:p>
    <w:p>
      <w:pPr>
        <w:spacing w:after="40"/>
      </w:pPr>
      <w:r>
        <w:rPr>
          <w:b w:val="0"/>
          <w:i w:val="0"/>
        </w:rPr>
        <w:t>Enclosures: itemized statement of deductions; copies of invoices, receipts, or dated photos; refund check [if any]</w:t>
      </w:r>
    </w:p>
    <w:p>
      <w:pPr>
        <w:spacing w:after="0"/>
      </w:pPr>
      <w:r>
        <w:rPr>
          <w:b w:val="0"/>
          <w:i w:val="0"/>
        </w:rPr>
        <w:t>Sent by [certified mail / first-class mail / email where the lease allows] on [date]</w:t>
      </w:r>
    </w:p>
    <w:sectPr w:rsidR="00FC693F" w:rsidRPr="0006063C" w:rsidSect="00034616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18181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